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שמירת מועדפים, ייצוא וייבוא במחשב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המשמעות של סימון פריט כ'מועדף'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שמירה במכשיר לבין שמירה בהרשמה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להסביר מתי משתמשים בייצוא ובייבוא של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נוסף לרשימת המועדפים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במכשיר שבו עובדים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לא, אפשר בלי הרשמה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השמירה נעשית ישירות במכשיר בלי הרשמה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אפשרות הדפסה מיוחדת לרשימה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המטרה של ייצוא וייבוא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ייצוא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(סימון פריט כמועדף)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(העתקת המועדפים להעברה)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(הכנסת רשימה ממקום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(הפיכת הרשימה לדף נייר)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פעולות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מסמנים פריט בכוכב כדי להוסיף אותו למועדפים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אפשרות ייצוא כדי להעתיק את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מעבירים את ההעתק למחשב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אפשרות ייבוא במחשב החדש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הרשימה נשמרת רק במכשיר אחד, וייצוא וייבוא מאפשרים להעתיק אותה בלי להתחיל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כוכב מוסיף פריט למועדפים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ייצוא מעתיק החוצה, ייבוא מכניס פנימה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במכשיר שבו עובדים, בלי הרשמה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הרעיון של ייצוא וייבוא באמצעות שתי קופסאות - אחת לשמירה ואחת להעברה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שמירה זמנית במכשיר לשמירה קבועה בחשבון 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דיון קצר על חשיבות הפרטיות כשלא נדרשת הרשמה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שמירת מועדפים, ייצוא וייבוא במחשב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כשמשתמשים מסמנים פריטים בכוכב, הם נשמרים ברשימת מועדפים ישירות על המכשיר, בלי צורך בהרשמה. כדי להעביר את הרשימה למחשב אחר אפשר להשתמש באפשרויות ייצוא וייבוא.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ייצוא  ·  כוכב  ·  הרשמה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כאשר מסמנים פריט בכוכב?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נמחק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נוסף לרשימת המועדפים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נשלח למייל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נשמרת רשימת המועדפים לפי התיאור?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בענן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במכשיר שבו 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אצל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האם צריך להירשם כדי לשמור מועדפים?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כן,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לא, אפשר בלי הרשמה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בסוף השנה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לשמור פריט במועדפים צריך קודם להירשם עם סיסמה.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להדפיס את רשימת המועדפים כדף נייר.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ייצוא וייבוא עוזרים להעביר את הרשימה בין מכשירים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להוסיף פריט לרשימת המועדפים לוחצים על סימן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רשימת המועדפים נשמרת במכשיר בלי צורך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להעביר את הרשימה למחשב אחר צריך קודם לבצע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הפיכת הרשימה לדף נייר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סימון פריט כמועדף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העתקת המועדפים להעברה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הדפסה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הכנסת רשימה ממקום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פעולות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אפשרות ייבוא במחשב החדש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מעבירים את ההעתק למחשב אחר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אפשרות ייצוא כדי להעתיק את 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מסמנים פריט בכוכב כדי להוסיף אותו למועדפים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שימוש בייצוא וייבוא יכול להיות שימושי כשעוברים ממחשב למחשב.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סימון כוכב ליד פריט?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ייצוא לייבוא?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שמירת מועדפים, ייצוא וייבוא במחשב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