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שמירת מועדפים, ייצוא וייבוא במחשב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המשמעות של סימון פריט כ'מועדף'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 בין שמירה במכשיר לבין שמירה בהרשמה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להסביר מתי משתמשים בייצוא ובייבוא של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נוסף לרשימת המועדפים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במכשיר שבו עובדים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לא, אפשר בלי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להעתיק את הרשימה כדי להעביר אותה למקום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כשרוצים להכניס רשימה שהועתקה ממקום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להדפיס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השמירה נעשית ישירות במכשיר בלי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אפשרות הדפסה מיוחדת לרשימה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המטרה של ייצוא וייבוא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נשמרת רק במכשיר שבו סימנו את הפריטים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בלי סימון כוכב אין מה להציג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(סימון פריט כמועדף)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(העתקת המועדפים להעברה)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(הכנסת רשימה ממקום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(הפיכת הרשימה לדף נייר)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(המחום שבו שמורה הרשימה)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מסמנים פריט בכוכב כדי להוסיף אותו למועדפים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אפשרות ייצוא כדי להעתיק את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מעבירים את ההעתק למחשב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אפשרות ייבוא במחשב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שהרשימה מופיעה כראוי במחשב החדש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הרשימה נשמרת רק במכשיר אחד, וייצוא וייבוא מאפשרים להעתיק אותה בלי 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 מהיר ופשוט יותר, ושומר על פרטיות המשתמש בלי צורך למסור פרטים אישיים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 מוסיף פריט למועדפים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ייצוא מעתיק החוצה, ייבוא מכניס פנימה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שבו עובדים, בלי הרשמה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הרעיון של ייצוא וייבוא באמצעות שתי קופסאות - אחת לשמירה ואחת להעברה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שמירה זמנית במכשיר לשמירה קבועה בחשבון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דיון קצר על חשיבות הפרטיות כשלא נדרשת הרשמה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שמירת מועדפים, ייצוא וייבוא במחשב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כשמשתמשים מסמנים פריטים בכוכב, הם נשמרים ברשימת מועדפים ישירות על המכשיר, בלי צורך בהרשמה. כדי להעביר את הרשימה למחשב אחר אפשר להשתמש באפשרויות ייצוא וייבוא.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כאשר מסמנים פריט בכוכב?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נמחק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נוסף לרשימת המועדפים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נשלח למייל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מודפס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נשמרת רשימת המועדפים לפי התיאור?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 שבו עובדים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בשרת מרוחק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האם צריך להירשם כדי לשמור מועדפים?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אפשר בלי הרשמה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מטרת הייצוא?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להעתיק את הרשימה כדי להעביר אותה למקום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להדפיס את 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סדר הפריטים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משתמשים בייבוא?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כשרוצים למחוק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כשרוצים להכניס רשימה שהועתקה ממקום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כשרוצים להדפיס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כשרוצים לסמן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אפשר לעשות עם רשימת המועדפים חוץ מלשמור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להדפיס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לצבוע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בדואר רגיל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לשמור פריט במועדפים צריך קודם להירשם עם סיסמה.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להדפיס את רשימת המועדפים כדף נייר.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ייצוא וייבוא עוזרים להעביר את הרשימה בין מכשירים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המועדפים נשמרת אוטומטית בכל מכשיר שמשתמשים 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אין פריטים מסומנים, הרשימה תהיה 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להוסיף פריט לרשימת המועדפים לוחצים על סימן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רשימת המועדפים נשמרת במכשיר בלי צורך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להעביר את הרשימה למחשב אחר צריך קודם לבצע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שמעתיקים את הרשימה, במחשב החדש צריך לבצע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רוצים גרסה מודפסת של הרשימה, בוחרים באפשרות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העתקת המועדפים להעברה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הפיכת הרשימה לדף נייר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המחום שבו שמורה הרשימה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הדפסה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הכנסת רשימה ממקום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סימון פריט כמועדף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פעולות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שהרשימה מופיעה כראוי במחשב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ההעתק למחשב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אפשרות ייבוא במחשב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פריט בכוכב כדי להוסיף אותו למועדפים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אפשרות ייצוא כדי להעתיק את הרשימה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שימוש בייצוא וייבוא יכול להיות שימושי כשעוברים ממחשב למחשב.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היתרון בכך שאין צורך בהרשמה כדי לשמור מועדפים?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סימון כוכב ליד פריט?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ייצוא לייבוא?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נשמרת רשימת המועדפים?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שמירת מועדפים, ייצוא וייבוא במחשב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